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E5" w:rsidRDefault="00E26AE5">
      <w:pPr>
        <w:pStyle w:val="KonuBal"/>
        <w:spacing w:before="20" w:after="40"/>
        <w:jc w:val="center"/>
      </w:pPr>
    </w:p>
    <w:p w:rsidR="00E26AE5" w:rsidRDefault="00E26AE5">
      <w:pPr>
        <w:pStyle w:val="KonuBal"/>
        <w:spacing w:before="20" w:after="40"/>
        <w:jc w:val="center"/>
      </w:pPr>
    </w:p>
    <w:p w:rsidR="00775881" w:rsidRDefault="003D34AD">
      <w:pPr>
        <w:pStyle w:val="KonuBal"/>
        <w:spacing w:before="20" w:after="40"/>
        <w:jc w:val="center"/>
      </w:pPr>
      <w:r>
        <w:t>TEKLİF FORMU 1</w:t>
      </w:r>
    </w:p>
    <w:p w:rsidR="00775881" w:rsidRDefault="00775881">
      <w:pPr>
        <w:spacing w:after="140"/>
        <w:jc w:val="center"/>
      </w:pP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888"/>
        <w:gridCol w:w="1699"/>
        <w:gridCol w:w="3081"/>
      </w:tblGrid>
      <w:tr w:rsidR="00775881" w:rsidTr="00E26AE5">
        <w:trPr>
          <w:jc w:val="center"/>
        </w:trPr>
        <w:tc>
          <w:tcPr>
            <w:tcW w:w="1843" w:type="dxa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75881" w:rsidRDefault="00E26AE5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İhale</w:t>
            </w:r>
            <w:proofErr w:type="spellEnd"/>
            <w:r w:rsidR="00712201">
              <w:rPr>
                <w:b/>
                <w:color w:val="183A5A"/>
                <w:sz w:val="17"/>
              </w:rPr>
              <w:t xml:space="preserve"> </w:t>
            </w:r>
            <w:proofErr w:type="spellStart"/>
            <w:r w:rsidR="00712201">
              <w:rPr>
                <w:b/>
                <w:color w:val="183A5A"/>
                <w:sz w:val="17"/>
              </w:rPr>
              <w:t>Adı</w:t>
            </w:r>
            <w:proofErr w:type="spellEnd"/>
          </w:p>
        </w:tc>
        <w:tc>
          <w:tcPr>
            <w:tcW w:w="8668" w:type="dxa"/>
            <w:gridSpan w:val="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75881" w:rsidRDefault="00775881">
            <w:pPr>
              <w:spacing w:after="0" w:line="245" w:lineRule="auto"/>
            </w:pPr>
          </w:p>
          <w:p w:rsidR="00E26AE5" w:rsidRDefault="00E26AE5">
            <w:pPr>
              <w:spacing w:after="0" w:line="245" w:lineRule="auto"/>
            </w:pPr>
            <w:r>
              <w:t>GEMİ YAT VE HİZMETLERİ İHRACATÇILARI BİRLİĞİ</w:t>
            </w:r>
          </w:p>
          <w:p w:rsidR="003D34AD" w:rsidRDefault="00E26AE5">
            <w:pPr>
              <w:spacing w:after="0" w:line="245" w:lineRule="auto"/>
            </w:pPr>
            <w:r>
              <w:t>NOR</w:t>
            </w:r>
            <w:r w:rsidR="003D34AD">
              <w:t>-</w:t>
            </w:r>
            <w:r>
              <w:t>SHIPPING 2027 FUARI MİLLİ KATILIM ORGANİZASYONU</w:t>
            </w:r>
          </w:p>
          <w:p w:rsidR="00775881" w:rsidRDefault="00E26AE5">
            <w:pPr>
              <w:spacing w:after="0" w:line="245" w:lineRule="auto"/>
            </w:pPr>
            <w:r>
              <w:t>KONSTRÜKSİYON İHALESİ</w:t>
            </w:r>
          </w:p>
          <w:p w:rsidR="00775881" w:rsidRDefault="00775881">
            <w:pPr>
              <w:spacing w:after="0" w:line="245" w:lineRule="auto"/>
            </w:pPr>
          </w:p>
        </w:tc>
      </w:tr>
      <w:tr w:rsidR="003D34AD" w:rsidTr="003D34AD">
        <w:trPr>
          <w:trHeight w:val="638"/>
          <w:jc w:val="center"/>
        </w:trPr>
        <w:tc>
          <w:tcPr>
            <w:tcW w:w="1843" w:type="dxa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 w:rsidP="0099389D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Teklif</w:t>
            </w:r>
            <w:proofErr w:type="spellEnd"/>
            <w:r>
              <w:rPr>
                <w:b/>
                <w:color w:val="183A5A"/>
                <w:sz w:val="17"/>
              </w:rPr>
              <w:t xml:space="preserve"> </w:t>
            </w:r>
            <w:proofErr w:type="spellStart"/>
            <w:r>
              <w:rPr>
                <w:b/>
                <w:color w:val="183A5A"/>
                <w:sz w:val="17"/>
              </w:rPr>
              <w:t>Veren</w:t>
            </w:r>
            <w:proofErr w:type="spellEnd"/>
            <w:r>
              <w:rPr>
                <w:b/>
                <w:color w:val="183A5A"/>
                <w:sz w:val="17"/>
              </w:rPr>
              <w:t xml:space="preserve"> Firma</w:t>
            </w:r>
          </w:p>
        </w:tc>
        <w:tc>
          <w:tcPr>
            <w:tcW w:w="388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</w:pPr>
          </w:p>
        </w:tc>
        <w:tc>
          <w:tcPr>
            <w:tcW w:w="1699" w:type="dxa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</w:pPr>
            <w:r>
              <w:rPr>
                <w:b/>
                <w:color w:val="183A5A"/>
                <w:sz w:val="17"/>
              </w:rPr>
              <w:t>Teklif Tarihi</w:t>
            </w:r>
          </w:p>
        </w:tc>
        <w:tc>
          <w:tcPr>
            <w:tcW w:w="308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</w:pPr>
            <w:r>
              <w:rPr>
                <w:color w:val="000000"/>
                <w:sz w:val="17"/>
              </w:rPr>
              <w:t>____ / ____ / ______</w:t>
            </w:r>
          </w:p>
        </w:tc>
      </w:tr>
    </w:tbl>
    <w:p w:rsidR="00775881" w:rsidRDefault="00712201">
      <w:pPr>
        <w:spacing w:before="80"/>
      </w:pPr>
      <w:proofErr w:type="spellStart"/>
      <w:r>
        <w:rPr>
          <w:b/>
          <w:color w:val="000000"/>
          <w:sz w:val="21"/>
        </w:rPr>
        <w:t>Fiyat</w:t>
      </w:r>
      <w:proofErr w:type="spellEnd"/>
      <w:r>
        <w:rPr>
          <w:b/>
          <w:color w:val="000000"/>
          <w:sz w:val="21"/>
        </w:rPr>
        <w:t xml:space="preserve"> </w:t>
      </w:r>
      <w:proofErr w:type="spellStart"/>
      <w:r>
        <w:rPr>
          <w:b/>
          <w:color w:val="000000"/>
          <w:sz w:val="21"/>
        </w:rPr>
        <w:t>Teklifi</w:t>
      </w:r>
      <w:proofErr w:type="spellEnd"/>
    </w:p>
    <w:tbl>
      <w:tblPr>
        <w:tblW w:w="0" w:type="auto"/>
        <w:tblInd w:w="100" w:type="dxa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3687"/>
        <w:gridCol w:w="4456"/>
      </w:tblGrid>
      <w:tr w:rsidR="003D34AD" w:rsidTr="00D23714">
        <w:trPr>
          <w:trHeight w:val="187"/>
          <w:tblHeader/>
        </w:trPr>
        <w:tc>
          <w:tcPr>
            <w:tcW w:w="768" w:type="dxa"/>
            <w:shd w:val="clear" w:color="auto" w:fill="183A5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  <w:r>
              <w:rPr>
                <w:b/>
                <w:color w:val="FFFFFF"/>
                <w:sz w:val="15"/>
              </w:rPr>
              <w:t>No</w:t>
            </w:r>
          </w:p>
        </w:tc>
        <w:tc>
          <w:tcPr>
            <w:tcW w:w="3687" w:type="dxa"/>
            <w:shd w:val="clear" w:color="auto" w:fill="183A5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İş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Kalemi</w:t>
            </w:r>
            <w:proofErr w:type="spellEnd"/>
          </w:p>
        </w:tc>
        <w:tc>
          <w:tcPr>
            <w:tcW w:w="4455" w:type="dxa"/>
            <w:shd w:val="clear" w:color="auto" w:fill="183A5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Default="003D34AD">
            <w:pPr>
              <w:spacing w:after="0" w:line="245" w:lineRule="auto"/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Toplam</w:t>
            </w:r>
            <w:proofErr w:type="spellEnd"/>
            <w:r>
              <w:rPr>
                <w:b/>
                <w:color w:val="FFFFFF"/>
                <w:sz w:val="15"/>
              </w:rPr>
              <w:t xml:space="preserve"> </w:t>
            </w:r>
            <w:proofErr w:type="spellStart"/>
            <w:r>
              <w:rPr>
                <w:b/>
                <w:color w:val="FFFFFF"/>
                <w:sz w:val="15"/>
              </w:rPr>
              <w:t>Tutar</w:t>
            </w:r>
            <w:proofErr w:type="spellEnd"/>
            <w:r w:rsidR="00712201">
              <w:rPr>
                <w:b/>
                <w:color w:val="FFFFFF"/>
                <w:sz w:val="15"/>
              </w:rPr>
              <w:t xml:space="preserve"> (Euro)</w:t>
            </w:r>
          </w:p>
        </w:tc>
      </w:tr>
      <w:tr w:rsidR="00712201" w:rsidTr="00D23714">
        <w:trPr>
          <w:trHeight w:val="505"/>
        </w:trPr>
        <w:tc>
          <w:tcPr>
            <w:tcW w:w="768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  <w:jc w:val="center"/>
              <w:rPr>
                <w:color w:val="000000"/>
                <w:sz w:val="16"/>
              </w:rPr>
            </w:pPr>
          </w:p>
        </w:tc>
        <w:tc>
          <w:tcPr>
            <w:tcW w:w="3687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TEKLİF TUTARI (Euro/m2)</w:t>
            </w:r>
          </w:p>
        </w:tc>
        <w:tc>
          <w:tcPr>
            <w:tcW w:w="4455" w:type="dxa"/>
            <w:shd w:val="clear" w:color="auto" w:fill="F5F7F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  <w:jc w:val="center"/>
            </w:pPr>
          </w:p>
        </w:tc>
        <w:bookmarkStart w:id="0" w:name="_GoBack"/>
        <w:bookmarkEnd w:id="0"/>
      </w:tr>
      <w:tr w:rsidR="003D34AD" w:rsidTr="00D23714">
        <w:trPr>
          <w:trHeight w:val="432"/>
        </w:trPr>
        <w:tc>
          <w:tcPr>
            <w:tcW w:w="8911" w:type="dxa"/>
            <w:gridSpan w:val="3"/>
            <w:shd w:val="clear" w:color="auto" w:fill="DCEAF5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3D34AD" w:rsidRPr="00712201" w:rsidRDefault="00712201" w:rsidP="00712201">
            <w:pPr>
              <w:pStyle w:val="GvdeMetni3"/>
              <w:tabs>
                <w:tab w:val="left" w:pos="1080"/>
                <w:tab w:val="left" w:pos="1440"/>
              </w:tabs>
              <w:autoSpaceDE w:val="0"/>
              <w:autoSpaceDN w:val="0"/>
              <w:adjustRightInd w:val="0"/>
              <w:spacing w:after="240" w:line="240" w:lineRule="auto"/>
              <w:jc w:val="both"/>
              <w:rPr>
                <w:rFonts w:asciiTheme="minorHAnsi" w:hAnsiTheme="minorHAnsi" w:cstheme="minorHAnsi"/>
                <w:szCs w:val="22"/>
              </w:rPr>
            </w:pPr>
            <w:r w:rsidRPr="00712201">
              <w:rPr>
                <w:b/>
                <w:color w:val="000000"/>
              </w:rPr>
              <w:t xml:space="preserve">NOT: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İhale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  <w:u w:val="single"/>
              </w:rPr>
              <w:t>teklif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  <w:u w:val="single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  <w:u w:val="single"/>
              </w:rPr>
              <w:t>üst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  <w:u w:val="single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  <w:u w:val="single"/>
              </w:rPr>
              <w:t>sınırı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  <w:u w:val="single"/>
              </w:rPr>
              <w:t xml:space="preserve"> 300 Euro / m2’dir</w:t>
            </w:r>
            <w:r w:rsidRPr="00712201">
              <w:rPr>
                <w:rFonts w:asciiTheme="minorHAnsi" w:hAnsiTheme="minorHAnsi" w:cstheme="minorHAnsi"/>
                <w:szCs w:val="22"/>
              </w:rPr>
              <w:t xml:space="preserve">. Bu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</w:rPr>
              <w:t>sınırı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</w:rPr>
              <w:t>aşan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</w:rPr>
              <w:t>teklifler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</w:rPr>
              <w:t>değerlendirmeye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712201">
              <w:rPr>
                <w:rFonts w:asciiTheme="minorHAnsi" w:hAnsiTheme="minorHAnsi" w:cstheme="minorHAnsi"/>
                <w:szCs w:val="22"/>
              </w:rPr>
              <w:t>alınmayacaktır</w:t>
            </w:r>
            <w:proofErr w:type="spellEnd"/>
            <w:r w:rsidRPr="00712201">
              <w:rPr>
                <w:rFonts w:asciiTheme="minorHAnsi" w:hAnsiTheme="minorHAnsi" w:cstheme="minorHAnsi"/>
                <w:szCs w:val="22"/>
              </w:rPr>
              <w:t>.</w:t>
            </w:r>
          </w:p>
        </w:tc>
      </w:tr>
    </w:tbl>
    <w:p w:rsidR="003D34AD" w:rsidRDefault="003D34AD">
      <w:pPr>
        <w:spacing w:before="80"/>
        <w:rPr>
          <w:b/>
          <w:color w:val="000000"/>
          <w:sz w:val="21"/>
        </w:rPr>
      </w:pPr>
    </w:p>
    <w:p w:rsidR="00775881" w:rsidRDefault="00712201">
      <w:pPr>
        <w:spacing w:before="80"/>
      </w:pPr>
      <w:proofErr w:type="spellStart"/>
      <w:r>
        <w:rPr>
          <w:b/>
          <w:color w:val="000000"/>
          <w:sz w:val="21"/>
        </w:rPr>
        <w:t>Teklif</w:t>
      </w:r>
      <w:proofErr w:type="spellEnd"/>
      <w:r>
        <w:rPr>
          <w:b/>
          <w:color w:val="000000"/>
          <w:sz w:val="21"/>
        </w:rPr>
        <w:t xml:space="preserve"> </w:t>
      </w:r>
      <w:proofErr w:type="spellStart"/>
      <w:r>
        <w:rPr>
          <w:b/>
          <w:color w:val="000000"/>
          <w:sz w:val="21"/>
        </w:rPr>
        <w:t>Veren</w:t>
      </w:r>
      <w:proofErr w:type="spellEnd"/>
      <w:r>
        <w:rPr>
          <w:b/>
          <w:color w:val="000000"/>
          <w:sz w:val="21"/>
        </w:rPr>
        <w:t xml:space="preserve"> Firma </w:t>
      </w:r>
      <w:proofErr w:type="spellStart"/>
      <w:r>
        <w:rPr>
          <w:b/>
          <w:color w:val="000000"/>
          <w:sz w:val="21"/>
        </w:rPr>
        <w:t>Onayı</w:t>
      </w:r>
      <w:proofErr w:type="spellEnd"/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3816"/>
        <w:gridCol w:w="4751"/>
      </w:tblGrid>
      <w:tr w:rsidR="00712201" w:rsidTr="00712201">
        <w:trPr>
          <w:trHeight w:val="703"/>
          <w:jc w:val="center"/>
        </w:trPr>
        <w:tc>
          <w:tcPr>
            <w:tcW w:w="194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Yetkili</w:t>
            </w:r>
            <w:proofErr w:type="spellEnd"/>
            <w:r>
              <w:rPr>
                <w:b/>
                <w:color w:val="183A5A"/>
                <w:sz w:val="17"/>
              </w:rPr>
              <w:t xml:space="preserve"> </w:t>
            </w:r>
            <w:proofErr w:type="spellStart"/>
            <w:r>
              <w:rPr>
                <w:b/>
                <w:color w:val="183A5A"/>
                <w:sz w:val="17"/>
              </w:rPr>
              <w:t>Adı</w:t>
            </w:r>
            <w:proofErr w:type="spellEnd"/>
            <w:r>
              <w:rPr>
                <w:b/>
                <w:color w:val="183A5A"/>
                <w:sz w:val="17"/>
              </w:rPr>
              <w:t xml:space="preserve"> </w:t>
            </w:r>
            <w:proofErr w:type="spellStart"/>
            <w:r>
              <w:rPr>
                <w:b/>
                <w:color w:val="183A5A"/>
                <w:sz w:val="17"/>
              </w:rPr>
              <w:t>Soyadı</w:t>
            </w:r>
            <w:proofErr w:type="spellEnd"/>
          </w:p>
        </w:tc>
        <w:tc>
          <w:tcPr>
            <w:tcW w:w="38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</w:p>
        </w:tc>
        <w:tc>
          <w:tcPr>
            <w:tcW w:w="4751" w:type="dxa"/>
            <w:vMerge w:val="restart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Kaşe</w:t>
            </w:r>
            <w:proofErr w:type="spellEnd"/>
            <w:r>
              <w:rPr>
                <w:b/>
                <w:color w:val="183A5A"/>
                <w:sz w:val="17"/>
              </w:rPr>
              <w:t xml:space="preserve"> ve </w:t>
            </w:r>
            <w:proofErr w:type="spellStart"/>
            <w:r>
              <w:rPr>
                <w:b/>
                <w:color w:val="183A5A"/>
                <w:sz w:val="17"/>
              </w:rPr>
              <w:t>İmza</w:t>
            </w:r>
            <w:proofErr w:type="spellEnd"/>
            <w:r>
              <w:rPr>
                <w:b/>
                <w:color w:val="183A5A"/>
                <w:sz w:val="17"/>
              </w:rPr>
              <w:br/>
            </w:r>
          </w:p>
          <w:p w:rsidR="00712201" w:rsidRDefault="00712201" w:rsidP="006C40D4">
            <w:pPr>
              <w:spacing w:after="0" w:line="245" w:lineRule="auto"/>
            </w:pPr>
            <w:r>
              <w:rPr>
                <w:color w:val="000000"/>
                <w:sz w:val="17"/>
              </w:rPr>
              <w:br/>
            </w:r>
          </w:p>
        </w:tc>
      </w:tr>
      <w:tr w:rsidR="00712201" w:rsidTr="00712201">
        <w:trPr>
          <w:trHeight w:val="659"/>
          <w:jc w:val="center"/>
        </w:trPr>
        <w:tc>
          <w:tcPr>
            <w:tcW w:w="1944" w:type="dxa"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proofErr w:type="spellStart"/>
            <w:r>
              <w:rPr>
                <w:b/>
                <w:color w:val="183A5A"/>
                <w:sz w:val="17"/>
              </w:rPr>
              <w:t>Unvan</w:t>
            </w:r>
            <w:proofErr w:type="spellEnd"/>
            <w:r>
              <w:rPr>
                <w:b/>
                <w:color w:val="183A5A"/>
                <w:sz w:val="17"/>
              </w:rPr>
              <w:br/>
            </w:r>
          </w:p>
        </w:tc>
        <w:tc>
          <w:tcPr>
            <w:tcW w:w="38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  <w:r>
              <w:rPr>
                <w:color w:val="000000"/>
                <w:sz w:val="17"/>
              </w:rPr>
              <w:br/>
            </w:r>
          </w:p>
        </w:tc>
        <w:tc>
          <w:tcPr>
            <w:tcW w:w="4751" w:type="dxa"/>
            <w:vMerge/>
            <w:shd w:val="clear" w:color="auto" w:fill="auto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712201" w:rsidRDefault="00712201">
            <w:pPr>
              <w:spacing w:after="0" w:line="245" w:lineRule="auto"/>
            </w:pPr>
          </w:p>
        </w:tc>
      </w:tr>
    </w:tbl>
    <w:p w:rsidR="00775881" w:rsidRDefault="00775881">
      <w:pPr>
        <w:spacing w:before="60" w:after="0"/>
      </w:pPr>
    </w:p>
    <w:sectPr w:rsidR="00775881" w:rsidSect="00034616">
      <w:pgSz w:w="12240" w:h="15840"/>
      <w:pgMar w:top="648" w:right="864" w:bottom="605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3934BD"/>
    <w:multiLevelType w:val="hybridMultilevel"/>
    <w:tmpl w:val="1A42CDE4"/>
    <w:lvl w:ilvl="0" w:tplc="4228888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4AD"/>
    <w:rsid w:val="00712201"/>
    <w:rsid w:val="00775881"/>
    <w:rsid w:val="00AA1D8D"/>
    <w:rsid w:val="00B47730"/>
    <w:rsid w:val="00CB0664"/>
    <w:rsid w:val="00D23714"/>
    <w:rsid w:val="00E26A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3B2F6E7-4013-469A-9575-C85CBE9F8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074DB2-4975-4046-8DF7-1FE847C5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Sayfalık Konstrüksiyon İhalesi Teklif Formu</dc:title>
  <dc:subject>Pavilyon konstrüksiyon işi için tek sayfalık fiyat teklif formu</dc:subject>
  <dc:creator>Kurum veya Şirket</dc:creator>
  <cp:keywords/>
  <dc:description>generated by python-docx</dc:description>
  <cp:lastModifiedBy>Selin Özsoy</cp:lastModifiedBy>
  <cp:revision>5</cp:revision>
  <dcterms:created xsi:type="dcterms:W3CDTF">2013-12-23T23:15:00Z</dcterms:created>
  <dcterms:modified xsi:type="dcterms:W3CDTF">2026-09-30T07:24:00Z</dcterms:modified>
  <cp:category/>
</cp:coreProperties>
</file>